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Мировое соглашение и заявление об утверждении</w:t>
      </w:r>
    </w:p>
    <w:p>
      <w:pPr>
        <w:pStyle w:val="Heading1"/>
        <w:keepNext/>
      </w:pPr>
      <w:r>
        <w:rPr/>
        <w:t>1. Участники и предмет</w:t>
      </w:r>
    </w:p>
    <w:p>
      <w:r>
        <w:rPr/>
        <w:t>Истец [данные] и ответчик [данные] по делу № [номер] заключили соглашение для урегулирования требований о [предмет]. Подписанты действуют на основании [документы со специальными полномочиями].</w:t>
      </w:r>
    </w:p>
    <w:p>
      <w:pPr>
        <w:pStyle w:val="Heading1"/>
        <w:keepNext/>
      </w:pPr>
      <w:r>
        <w:rPr/>
        <w:t>2. Исполнение обязательств</w:t>
      </w:r>
    </w:p>
    <w:p>
      <w:r>
        <w:rPr/>
        <w:t>Ответчик перечисляет истцу [сумма] по реквизитам [реквизиты] в следующие сроки: [даты и суммы]. Обязательство считается исполненным [проверяемый момент]. Иные согласованные действия: [содержание, исполнитель, срок].</w:t>
      </w:r>
    </w:p>
    <w:p>
      <w:pPr>
        <w:pStyle w:val="Heading1"/>
        <w:keepNext/>
      </w:pPr>
      <w:r>
        <w:rPr/>
        <w:t>3. Расходы и последствия</w:t>
      </w:r>
    </w:p>
    <w:p>
      <w:r>
        <w:rPr/>
        <w:t>Судебные расходы распределяются: [конкретно]. Вопрос о возврате госпошлины разрешается по закону. После исполнения соглашения обязательства по спорным требованиям считаются урегулированными в объёме [объём]. Сторонам понятны последствия прекращения производства и возможность принудительного исполнения утверждённого соглашения.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153.8, 153.9, 153.1 ГПК РФ.</w:t>
      </w:r>
    </w:p>
    <w:p>
      <w:pPr>
        <w:pStyle w:val="Heading1"/>
        <w:keepNext/>
      </w:pPr>
      <w:r>
        <w:rPr/>
        <w:t>ПРОСИМ:</w:t>
      </w:r>
    </w:p>
    <w:p>
      <w:r>
        <w:rPr/>
        <w:t>1. Утвердить мировое соглашение в изложенной редакции.</w:t>
      </w:r>
    </w:p>
    <w:p>
      <w:r>
        <w:rPr/>
        <w:t>2. Прекратить производство по делу в урегулированной части.</w:t>
      </w:r>
    </w:p>
    <w:p>
      <w:r>
        <w:rPr/>
        <w:t>3. Разрешить вопрос о судебных расходах и возврате госпошлины по закону.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специальных полномочиях подписантов — [количество] л.</w:t>
      </w:r>
    </w:p>
    <w:p>
      <w:r>
        <w:rPr/>
        <w:t>2. Расчёт и подтверждение оплаты госпошлины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Стороны согласовали завершение спора и конкретный порядок исполнения.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Заполните все суммы, даты и реквизиты: неопределённые условия затрудняют исполнение.</w:t>
      </w:r>
    </w:p>
    <w:p>
      <w:r>
        <w:rPr/>
        <w:t>4. Проверьте права третьих лиц, корпоративные согласования и специальные полномочия. После утверждения повторный тождественный иск недопустим.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153.8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153.9 ГПК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153.1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3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cda173b1e124a6a4fadaf4cc452204a4f7b9b2e4/" TargetMode="External"/><Relationship Id="rId10" Type="http://schemas.openxmlformats.org/officeDocument/2006/relationships/hyperlink" Target="https://www.consultant.ru/document/cons_doc_LAW_39570/8501d65fd4ff6fe93e8fc599a3a50bf8ddac5e08/" TargetMode="External"/><Relationship Id="rId11" Type="http://schemas.openxmlformats.org/officeDocument/2006/relationships/hyperlink" Target="https://www.consultant.ru/document/cons_doc_LAW_39570/1f9181b7485cf5aebe9009a32aab6f017eb408cf/" TargetMode="External"/><Relationship Id="rId12" Type="http://schemas.openxmlformats.org/officeDocument/2006/relationships/hyperlink" Target="https://via-jure.ru/document-gpk-settlement.html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и заявление об утверждении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