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Возражения на отзыв ответчика</w:t>
      </w:r>
    </w:p>
    <w:p>
      <w:pPr>
        <w:pStyle w:val="Heading1"/>
        <w:keepNext/>
      </w:pPr>
      <w:r>
        <w:rPr/>
        <w:t>1. Предмет возражений</w:t>
      </w:r>
    </w:p>
    <w:p>
      <w:r>
        <w:rPr/>
        <w:t>[Дата] получен отзыв ответчика на иск. Возражения относятся к доводам о [перечень]. Ранее изложенные требования поддерживаю в объёме [объём требований].</w:t>
      </w:r>
    </w:p>
    <w:p>
      <w:pPr>
        <w:pStyle w:val="Heading1"/>
        <w:keepNext/>
      </w:pPr>
      <w:r>
        <w:rPr/>
        <w:t>2. Ответ на доводы</w:t>
      </w:r>
    </w:p>
    <w:p>
      <w:r>
        <w:rPr/>
        <w:t>Довод 1: [кратко воспроизвести позицию ответчика]. Возражение: [факты, нормы, пункты договора]. Подтверждение: [документы]. Довод 2: [позиция]. Возражение и подтверждение: [сведения].</w:t>
      </w:r>
    </w:p>
    <w:p>
      <w:pPr>
        <w:pStyle w:val="Heading1"/>
        <w:keepNext/>
      </w:pPr>
      <w:r>
        <w:rPr/>
        <w:t>3. О новых документах</w:t>
      </w:r>
    </w:p>
    <w:p>
      <w:r>
        <w:rPr/>
        <w:t>Представленный ответчиком документ [название] не подтверждает [обстоятельство], поскольку [проверяемая причина]. Прилагаемые документы подтверждают [обстоятельства]. Их связь с предметом спора состоит в [пояснение].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35, 56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Приобщить настоящие возражения и приложенные доказательства.</w:t>
      </w:r>
    </w:p>
    <w:p>
      <w:r>
        <w:rPr/>
        <w:t>2. Удовлетворить исковые требования в заявленном объёме с учётом [уточнения, если подавались].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Дополнительные доказательства по каждому оспариваемому доводу — [количество] л.</w:t>
      </w:r>
    </w:p>
    <w:p>
      <w:r>
        <w:rPr/>
        <w:t>2. Подтверждение направления другим участникам — [количество] л.</w:t>
      </w:r>
    </w:p>
    <w:p>
      <w:r>
        <w:rPr/>
        <w:t>3. Документы о полномочиях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Ответчик представил отзыв: нужно разобрать новые аргументы и доказательства.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переписывайте весь иск: сопоставьте новые доводы с доказательствами.</w:t>
      </w:r>
    </w:p>
    <w:p>
      <w:r>
        <w:rPr/>
        <w:t>4. Изменение предмета или основания иска оформляется отдельным заявлением, а не прячется в возражениях.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35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56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76602a8eaa07ea6be840dcada31c74e26f1c0600/" TargetMode="External"/><Relationship Id="rId10" Type="http://schemas.openxmlformats.org/officeDocument/2006/relationships/hyperlink" Target="https://www.consultant.ru/document/cons_doc_LAW_39570/86dec005acc612a11374dc5a7e98523965f7e9b2/" TargetMode="External"/><Relationship Id="rId11" Type="http://schemas.openxmlformats.org/officeDocument/2006/relationships/hyperlink" Target="https://via-jure.ru/document-gpk-reply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отзыв ответчика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