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В [полное наименование суда]</w:t>
        <w:br/>
        <w:t>[адрес суда]</w:t>
      </w:r>
    </w:p>
    <w:p>
      <w:pPr>
        <w:spacing w:after="60" w:line="240" w:lineRule="auto"/>
        <w:ind w:left="4025"/>
      </w:pPr>
      <w:r>
        <w:rPr/>
        <w:t>Заявитель: [Ф. И. О. / наименование, статус]</w:t>
        <w:br/>
        <w:t>[адрес, идентификаторы, контакты]</w:t>
        <w:br/>
        <w:t>Представитель: [Ф. И. О., полномочия]</w:t>
      </w:r>
    </w:p>
    <w:p>
      <w:pPr>
        <w:spacing w:after="60" w:line="240" w:lineRule="auto"/>
        <w:ind w:left="4025"/>
      </w:pPr>
      <w:r>
        <w:rPr/>
        <w:t>Другие участники: [Ф. И. О. / наименования, процессуальные статусы, адреса]</w:t>
        <w:br/>
        <w:t>Дело № [номер]</w:t>
        <w:br/>
        <w:t>Судья: [Ф. И. О., если известно]</w:t>
      </w:r>
    </w:p>
    <w:p>
      <w:r>
        <w:rPr/>
        <w:t>Исх. № [номер, если используется]    «___» __________ 20___ г.</w:t>
      </w:r>
    </w:p>
    <w:p>
      <w:pPr>
        <w:pStyle w:val="Title"/>
        <w:jc w:val="center"/>
      </w:pPr>
      <w:r>
        <w:rPr/>
        <w:t>Ходатайство о назначении судебной экспертизы</w:t>
      </w:r>
    </w:p>
    <w:p>
      <w:pPr>
        <w:pStyle w:val="Heading1"/>
        <w:keepNext/>
      </w:pPr>
      <w:r>
        <w:rPr/>
        <w:t>1. Обстоятельства, требующие исследования</w:t>
      </w:r>
    </w:p>
    <w:p>
      <w:r>
        <w:rPr/>
        <w:t>Спор касается [объект, работы, период]. Стороны расходятся в оценке [технический вопрос]. Разрешить его без специальных знаний в области [область] невозможно. На исследование предлагается предоставить [объект, документы, образцы].</w:t>
      </w:r>
    </w:p>
    <w:p>
      <w:pPr>
        <w:pStyle w:val="Heading1"/>
        <w:keepNext/>
      </w:pPr>
      <w:r>
        <w:rPr/>
        <w:t>2. Вопросы эксперту</w:t>
      </w:r>
    </w:p>
    <w:p>
      <w:r>
        <w:rPr/>
        <w:t>1. Соответствует ли фактически выполненный объём работ [перечень] техническим требованиям [задание, проект, конкретные показатели]? 2. Какие отступления имеются, каковы их причины и способы устранения? 3. Какова стоимость необходимых восстановительных работ по состоянию на [дата, регион]? Удалите вопросы, не относящиеся к вашему спору.</w:t>
      </w:r>
    </w:p>
    <w:p>
      <w:pPr>
        <w:pStyle w:val="Heading1"/>
        <w:keepNext/>
      </w:pPr>
      <w:r>
        <w:rPr/>
        <w:t>3. Эксперт и финансирование</w:t>
      </w:r>
    </w:p>
    <w:p>
      <w:r>
        <w:rPr/>
        <w:t>Предлагаемая организация: [название, адрес]. Эксперт: [Ф. И. О., специальность, стаж]. Срок: [срок], стоимость: [сумма]. Согласие и сведения о квалификации прилагаются. Сведения о внесении денежных средств на депозит: [реквизиты / просьба определить сумму и срок внесения].</w:t>
      </w:r>
    </w:p>
    <w:p>
      <w:r>
        <w:rPr/>
        <w:t>Изложенные обстоятельства и приложенные доказательства обосновывают обращение с настоящим документом. На основании: статьи 79, 80, 96 ГПК РФ.</w:t>
      </w:r>
    </w:p>
    <w:p>
      <w:pPr>
        <w:pStyle w:val="Heading1"/>
        <w:keepNext/>
      </w:pPr>
      <w:r>
        <w:rPr/>
        <w:t>ПРОШУ:</w:t>
      </w:r>
    </w:p>
    <w:p>
      <w:r>
        <w:rPr/>
        <w:t>1. Назначить [вид] судебную экспертизу и поставить на разрешение эксперта указанные вопросы.</w:t>
      </w:r>
    </w:p>
    <w:p>
      <w:r>
        <w:rPr/>
        <w:t>2. Поручить исследование [организация / эксперт] и определить материалы, срок и порядок оплаты.</w:t>
      </w:r>
    </w:p>
    <w:p>
      <w:r>
        <w:rPr/>
        <w:t>3. Определить порядок доступа к объекту и участия сторон в осмотре.</w:t>
      </w:r>
    </w:p>
    <w:p>
      <w:pPr>
        <w:pStyle w:val="Heading1"/>
        <w:keepNext/>
      </w:pPr>
      <w:r>
        <w:rPr/>
        <w:t>Приложения</w:t>
      </w:r>
    </w:p>
    <w:p>
      <w:r>
        <w:rPr/>
        <w:t>1. Предложение экспертной организации: согласие, срок, стоимость — [количество] л.</w:t>
      </w:r>
    </w:p>
    <w:p>
      <w:r>
        <w:rPr/>
        <w:t>2. Сведения о квалификации и независимости эксперта — [количество] л.</w:t>
      </w:r>
    </w:p>
    <w:p>
      <w:r>
        <w:rPr/>
        <w:t>3. Технические документы и перечень объектов — [количество] л.</w:t>
      </w:r>
    </w:p>
    <w:p>
      <w:r>
        <w:rPr/>
        <w:t>4. Подтверждение внесения денег на депозит, если внесены — [количество] л.</w:t>
      </w:r>
    </w:p>
    <w:p>
      <w:r>
        <w:rPr/>
        <w:t>5. Подтверждение направления ходатайства участникам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Нужны специальные знания о качестве работ, объёме, стоимости или состоянии объекта.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Не передавайте эксперту правовые вопросы: кто виновен, действителен ли договор, является ли постройка самовольной.</w:t>
      </w:r>
    </w:p>
    <w:p>
      <w:r>
        <w:rPr/>
        <w:t>4. Согласуйте реальные вопросы с предметом доказывания. Укажите доступ к объекту и последствия разрушающего исследования, если оно требуется.</w:t>
      </w:r>
    </w:p>
    <w:p>
      <w:r>
        <w:rPr/>
        <w:t>5. Условия предварительной оплаты различаются; ознакомьтесь с определением суда и применимой нормой.</w:t>
      </w:r>
    </w:p>
    <w:p>
      <w:r>
        <w:rPr/>
        <w:t>6. По части 4 статьи 79 ГПК РФ назначение экспертизы по ходатайству обычно следует после внесения средств; исключения предусмотрены частями 2 и 3 статьи 96 ГПК РФ. Укажите подтверждение оплаты либо обоснованное ходатайство об освобождении или уменьшении расходов..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79 ГПК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80 ГПК РФ</w:t>
        </w:r>
      </w:hyperlink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Статья 96 ГПК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2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3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80" w:line="245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80" w:line="245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5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39570/e6ef7afe62977d99d2ba23d5054af993e4d3496e/" TargetMode="External"/><Relationship Id="rId10" Type="http://schemas.openxmlformats.org/officeDocument/2006/relationships/hyperlink" Target="https://www.consultant.ru/document/cons_doc_LAW_39570/3bf16878dcd203532ecb78117ea8667e4230ac73/" TargetMode="External"/><Relationship Id="rId11" Type="http://schemas.openxmlformats.org/officeDocument/2006/relationships/hyperlink" Target="https://www.consultant.ru/document/cons_doc_LAW_39570/0391d9b78bd0fa681a5d3c43ee0a1b212d36ab18/" TargetMode="External"/><Relationship Id="rId12" Type="http://schemas.openxmlformats.org/officeDocument/2006/relationships/hyperlink" Target="https://via-jure.ru/document-gpk-expert.html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назначении судебной экспертизы в суд общей юрисдикции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