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/>
        <w:t>[город]                                      «___» __________ 20___ г.</w:t>
      </w:r>
    </w:p>
    <w:p>
      <w:pPr>
        <w:pStyle w:val="Title"/>
        <w:jc w:val="center"/>
      </w:pPr>
      <w:r>
        <w:rPr/>
        <w:t>Расписка о возврате займа</w:t>
      </w:r>
    </w:p>
    <w:p>
      <w:pPr>
        <w:pStyle w:val="Heading1"/>
        <w:keepNext/>
      </w:pPr>
      <w:r>
        <w:rPr/>
        <w:t>1. Получатель и плательщик</w:t>
      </w:r>
    </w:p>
    <w:p>
      <w:r>
        <w:rPr/>
        <w:t>Я, [Ф. И. О., идентификационные данные, адрес], получил от [Ф. И. О., данные] денежные средства [сумма цифрами и прописью] рублей [дата, способ].</w:t>
      </w:r>
    </w:p>
    <w:p>
      <w:pPr>
        <w:pStyle w:val="Heading1"/>
        <w:keepNext/>
      </w:pPr>
      <w:r>
        <w:rPr/>
        <w:t>2. Назначение</w:t>
      </w:r>
    </w:p>
    <w:p>
      <w:r>
        <w:rPr/>
        <w:t>Платёж произведён в счёт возврата займа по [договор / расписка, дата] и относится к [основной долг / проценты — суммы отдельно].</w:t>
      </w:r>
    </w:p>
    <w:p>
      <w:pPr>
        <w:pStyle w:val="Heading1"/>
        <w:keepNext/>
      </w:pPr>
      <w:r>
        <w:rPr/>
        <w:t>3. Остаток</w:t>
      </w:r>
    </w:p>
    <w:p>
      <w:r>
        <w:rPr/>
        <w:t>После платежа остаток основного долга [сумма], процентов [сумма]. Обязательство исполнено [полностью / частично]. Спорные или несогласованные начисления [перечень].</w:t>
      </w:r>
    </w:p>
    <w:p>
      <w:pPr>
        <w:pStyle w:val="Heading1"/>
        <w:keepNext/>
      </w:pPr>
      <w:r>
        <w:rPr/>
        <w:t>4. Подтверждение</w:t>
      </w:r>
    </w:p>
    <w:p>
      <w:r>
        <w:rPr/>
        <w:t>Деньги фактически получены. Оригинал долгового документа [возвращён / оставлен у займодавца ввиду частичного погашения]. Место составления [город], дата [дата].</w:t>
      </w:r>
    </w:p>
    <w:p>
      <w:pPr>
        <w:pStyle w:val="Heading1"/>
        <w:keepNext/>
      </w:pPr>
      <w:r>
        <w:rPr/>
        <w:t>Приложения</w:t>
      </w:r>
    </w:p>
    <w:p>
      <w:r>
        <w:rPr/>
        <w:t>1. Документы и материалы, перечисленные в тексте; удалите неприменимые позиции — [количество] л.</w:t>
      </w:r>
    </w:p>
    <w:p>
      <w:r>
        <w:rPr/>
        <w:t>Подпись: __________________ / [Ф. И. О., статус] /</w:t>
        <w:br/>
        <w:t>Дата: «___» __________ 20___ г.</w:t>
      </w:r>
    </w:p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Подтверждение фактического получения возвращённых денег.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Подписывает получатель денег после фактического получения; не используйте расписку вместо банковского подтверждения, если есть спор о зачислении.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810 ГК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1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9027/e8097b733127c868178d79194a0ad6fe8c3e6399/" TargetMode="External"/><Relationship Id="rId10" Type="http://schemas.openxmlformats.org/officeDocument/2006/relationships/hyperlink" Target="https://via-jure.ru/document-form-money-receipt.html" TargetMode="Externa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о возврате займа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