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/>
        <w:t>[город]                                      «___» __________ 20___ г.</w:t>
      </w:r>
    </w:p>
    <w:p>
      <w:pPr>
        <w:pStyle w:val="Title"/>
        <w:jc w:val="center"/>
      </w:pPr>
      <w:r>
        <w:rPr/>
        <w:t>Акт передачи нежилого помещения в аренду</w:t>
      </w:r>
    </w:p>
    <w:p>
      <w:pPr>
        <w:pStyle w:val="Heading1"/>
        <w:keepNext/>
      </w:pPr>
      <w:r>
        <w:rPr/>
        <w:t>1. Основание и объект</w:t>
      </w:r>
    </w:p>
    <w:p>
      <w:r>
        <w:rPr/>
        <w:t>К договору аренды № [номер] от [дата]. Передаётся помещение [адрес, кадастровый номер, площадь, план]. Стороны [данные].</w:t>
      </w:r>
    </w:p>
    <w:p>
      <w:pPr>
        <w:pStyle w:val="Heading1"/>
        <w:keepNext/>
      </w:pPr>
      <w:r>
        <w:rPr/>
        <w:t>2. Состояние</w:t>
      </w:r>
    </w:p>
    <w:p>
      <w:r>
        <w:rPr/>
        <w:t>Отделка, инженерные системы, окна, двери [описание]. Известные недостатки [перечень с фото]. Возможность использования по назначению [фактические сведения].</w:t>
      </w:r>
    </w:p>
    <w:p>
      <w:pPr>
        <w:pStyle w:val="Heading1"/>
        <w:keepNext/>
      </w:pPr>
      <w:r>
        <w:rPr/>
        <w:t>3. Комплектность</w:t>
      </w:r>
    </w:p>
    <w:p>
      <w:r>
        <w:rPr/>
        <w:t>Ключи и средства доступа [количество]. Оборудование и имущество [опись]. Документы [перечень]. Счётчики [тип, номер, показания].</w:t>
      </w:r>
    </w:p>
    <w:p>
      <w:pPr>
        <w:pStyle w:val="Heading1"/>
        <w:keepNext/>
      </w:pPr>
      <w:r>
        <w:rPr/>
        <w:t>4. Момент передачи</w:t>
      </w:r>
    </w:p>
    <w:p>
      <w:r>
        <w:rPr/>
        <w:t>Фактическая передача [дата, время]. Неустранённые замечания и ответственные [данные]. Начало начисления платы определяется договором, с учётом фактических обстоятельств передачи.</w:t>
      </w:r>
    </w:p>
    <w:p>
      <w:pPr>
        <w:pStyle w:val="Heading1"/>
        <w:keepNext/>
      </w:pPr>
      <w:r>
        <w:rPr/>
        <w:t>Приложения</w:t>
      </w:r>
    </w:p>
    <w:p>
      <w:r>
        <w:rPr/>
        <w:t>1. Документы и материалы, перечисленные в тексте; удалите неприменимые позиции — [количество] л.</w:t>
      </w:r>
    </w:p>
    <w:p>
      <w:pPr>
        <w:pStyle w:val="Heading1"/>
        <w:keepNext/>
      </w:pPr>
      <w:r>
        <w:rPr/>
        <w:t>Реквизиты и подписи сторон</w:t>
      </w:r>
    </w:p>
    <w:p>
      <w:r>
        <w:rPr/>
        <w:t>Сторона 1: [наименование / Ф. И. О., адрес, идентификационные и платёжные реквизиты, контакт]</w:t>
        <w:br/>
        <w:t>Подпись: __________________ / [Ф. И. О.] /</w:t>
      </w:r>
    </w:p>
    <w:p>
      <w:r>
        <w:rPr/>
        <w:t>Сторона 2: [наименование / Ф. И. О., адрес, идентификационные и платёжные реквизиты, контакт]</w:t>
        <w:br/>
        <w:t>Подпись: __________________ / [Ф. И. О.] /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Состояние, ключи, приборы учёта и документы на дату передачи.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Приложите фото с датами и подписанный план; не ограничивайтесь общей фразой «состояние удовлетворительное».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611 ГК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1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59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9027/9b3503bda9ab8d22dc11fd261890a9ea6f9e83cd/" TargetMode="External"/><Relationship Id="rId10" Type="http://schemas.openxmlformats.org/officeDocument/2006/relationships/hyperlink" Target="https://via-jure.ru/document-form-lease-handover.html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нежилого помещения в аренду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