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разработки проектной документации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 и результат</w:t>
      </w:r>
    </w:p>
    <w:p>
      <w:r>
        <w:rPr/>
        <w:t>Подрядчик обязуется выполнить и передать заказчику: [объект], состав проектных материалов [перечень разделов и форматов]. Заказчик обязуется принять результат и оплатить его. Техническое задание, смета и график являются частями договора.</w:t>
      </w:r>
    </w:p>
    <w:p>
      <w:pPr>
        <w:pStyle w:val="Heading1"/>
        <w:keepNext/>
      </w:pPr>
      <w:r>
        <w:rPr/>
        <w:t>2. Сроки и взаимодействие</w:t>
      </w:r>
    </w:p>
    <w:p>
      <w:r>
        <w:rPr/>
        <w:t>Начало работ: [дата / определённое событие]. Окончание: [дата]. Этапы и сроки указаны в графике. Заказчик передаёт необходимые исходные данные и доступ до [дата]. Обстоятельства, препятствующие работе, сообщаются письменно с указанием последствий и предложений по устранению.</w:t>
      </w:r>
    </w:p>
    <w:p>
      <w:pPr>
        <w:pStyle w:val="Heading1"/>
        <w:keepNext/>
      </w:pPr>
      <w:r>
        <w:rPr/>
        <w:t>3. Специальные условия</w:t>
      </w:r>
    </w:p>
    <w:p>
      <w:r>
        <w:rPr/>
        <w:t>Заказчик передаёт утверждённое задание и исходные данные по реестру. Исполнитель проверяет их достаточность и уведомляет о противоречиях. Необходимость экспертизы, согласований и внесения изменений по замечаниям определяется заданием. Ошибки проекта, допущенные исполнителем, устраняются в согласованный срок в пределах закона.</w:t>
      </w:r>
    </w:p>
    <w:p>
      <w:pPr>
        <w:pStyle w:val="Heading1"/>
        <w:keepNext/>
      </w:pPr>
      <w:r>
        <w:rPr/>
        <w:t>4. Цена и оплата</w:t>
      </w:r>
    </w:p>
    <w:p>
      <w:r>
        <w:rPr/>
        <w:t>Цена составляет [сумма] рублей; смета [твёрдая / приблизительная — выбрать]. НДС: [условие по налоговому режиму]. Аванс [сумма, срок], промежуточные платежи [основания], окончательный расчёт [срок после предусмотренного договором события]. Изменение объёма и цены оформляется письменным соглашением.</w:t>
      </w:r>
    </w:p>
    <w:p>
      <w:pPr>
        <w:pStyle w:val="Heading1"/>
        <w:keepNext/>
      </w:pPr>
      <w:r>
        <w:rPr/>
        <w:t>5. Приёмка и недостатки</w:t>
      </w:r>
    </w:p>
    <w:p>
      <w:r>
        <w:rPr/>
        <w:t>О готовности результата подрядчик уведомляет [канал]. В течение [срок] стороны проводят проверку по заданию и оформляют акт. Конкретные недостатки фиксируются с местом, видом и сроком устранения. Скрытые недостатки предъявляются в порядке и сроки, установленные законом и договором. Гарантийный срок: [срок, начало, условия].</w:t>
      </w:r>
    </w:p>
    <w:p>
      <w:pPr>
        <w:pStyle w:val="Heading1"/>
        <w:keepNext/>
      </w:pPr>
      <w:r>
        <w:rPr/>
        <w:t>6. Ответственность и завершение</w:t>
      </w:r>
    </w:p>
    <w:p>
      <w:r>
        <w:rPr/>
        <w:t>За нарушение сроков стороны [согласованный размер и база неустойки либо применение закона]. Порядок приостановления и отказа определяется применимыми нормами и условиями договора. При прекращении стороны фиксируют выполненный объём, передают оплаченные результаты и материалы, составляют расчёт. Уведомления направляются по согласованным реквизитам; спор разрешается компетентным судом.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Проектные работы с заданием, исходными данными и этапами передачи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обещайте гарантированное положительное заключение экспертизы независимо от исходных данных и решений третьих лиц.</w:t>
      </w:r>
    </w:p>
    <w:p>
      <w:r>
        <w:rPr/>
        <w:t>4. Проверьте существенные условия, сроки, предмет, материалы и основания приёмки. Не переносите условия одного вида подряда на другой без проверки.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758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759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760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761 ГК РФ</w:t>
        </w:r>
      </w:hyperlink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Статья 762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4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5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ed2b6692cfeec3c8cdb33d39a8abe08ec8743d2c/" TargetMode="External"/><Relationship Id="rId10" Type="http://schemas.openxmlformats.org/officeDocument/2006/relationships/hyperlink" Target="https://www.consultant.ru/document/cons_doc_LAW_9027/99a6ace4a6434e03f0e24a98cab08620c05eb7ff/" TargetMode="External"/><Relationship Id="rId11" Type="http://schemas.openxmlformats.org/officeDocument/2006/relationships/hyperlink" Target="https://www.consultant.ru/document/cons_doc_LAW_9027/2a645c78f25e422af08b43b3fcb25147e431deec/" TargetMode="External"/><Relationship Id="rId12" Type="http://schemas.openxmlformats.org/officeDocument/2006/relationships/hyperlink" Target="https://www.consultant.ru/document/cons_doc_LAW_9027/2d62dc1a1aa6170d1007750941b5a6a4fea3d094/" TargetMode="External"/><Relationship Id="rId13" Type="http://schemas.openxmlformats.org/officeDocument/2006/relationships/hyperlink" Target="https://www.consultant.ru/document/cons_doc_LAW_9027/3a70892cd9b4df722be353f16ac74cf66bd71963/" TargetMode="External"/><Relationship Id="rId14" Type="http://schemas.openxmlformats.org/officeDocument/2006/relationships/hyperlink" Target="https://via-jure.ru/document-contract-project.html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разработки проектной документации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