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Ходатайство об истребовании доказательств</w:t>
      </w:r>
    </w:p>
    <w:p>
      <w:pPr>
        <w:pStyle w:val="Heading1"/>
        <w:keepNext/>
      </w:pPr>
      <w:r>
        <w:rPr/>
        <w:t>1. Необходимое доказательство</w:t>
      </w:r>
    </w:p>
    <w:p>
      <w:r>
        <w:rPr/>
        <w:t>Для установления [обстоятельство] необходим [точное наименование документа, период, реквизиты]. Документ находится у [лицо, адрес, известные контакты]. Он подтверждает [факт, имеющий значение для спора].</w:t>
      </w:r>
    </w:p>
    <w:p>
      <w:pPr>
        <w:pStyle w:val="Heading1"/>
        <w:keepNext/>
      </w:pPr>
      <w:r>
        <w:rPr/>
        <w:t>2. Невозможность самостоятельного получения</w:t>
      </w:r>
    </w:p>
    <w:p>
      <w:r>
        <w:rPr/>
        <w:t>[Дата] заявитель обратился к обладателю документа с запросом. [Дата] получен отказ / ответ не получен. Самостоятельное получение невозможно, поскольку [конкретные препятствия]. Копии запроса и доказательств его доставки прилагаются.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66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Истребовать у [обладатель, адрес] [конкретные документы за конкретный период] для представления в суд по делу № [номер].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Запрос обладателю документа — [количество] л.</w:t>
      </w:r>
    </w:p>
    <w:p>
      <w:r>
        <w:rPr/>
        <w:t>2. Подтверждение доставки и ответ либо доказательства отсутствия ответа — [количество] л.</w:t>
      </w:r>
    </w:p>
    <w:p>
      <w:r>
        <w:rPr/>
        <w:t>3. Документы, показывающие связь доказательства со спором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Документ находится у другой организации, получить его самостоятельно не удалось.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Не просите «все документы»: определите перечень и период.</w:t>
      </w:r>
    </w:p>
    <w:p>
      <w:r>
        <w:rPr/>
        <w:t>4. Суд не заменяет сторону в собирании доказательств; объясните препятствие к самостоятельному получению.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14ff2a9803deb816601363ca663ae774fa04f447/" TargetMode="External"/><Relationship Id="rId10" Type="http://schemas.openxmlformats.org/officeDocument/2006/relationships/hyperlink" Target="https://via-jure.ru/document-apk-request-evidence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